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השלכות הגלובליזציה על כלכלה ופוליטיקה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ההשלכות הכלכליות והפוליטיות של תהליך הגלובליזציה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מפתח כמו תעשייה עתירת ידע, הפרטה ומדינת לאום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דילמה כלכלית-פוליטית מנקודות מבט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תעשייה המבוססת על מחקר, טכנולוגיה והשכלה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מעבר שירותים מהמדינה לגופים פרטיים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הן מאבדות חלק מכוחן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תעשיות מסורתיות כמו טקסטיל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שווקים עולמיים ותאגידים בין-לאומיים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 על חברות רב-לאומיות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גיאוגרפים מנתחים נקודות מבט שונות ולא פוסקים חד-משמעית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בטקסט בהקשר הפוליטי-חברתי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אלו התעשיות המסורתיות שנאבקות, לא עתירות הידע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כשמפעל סוגר במקום אחד, פועלים במקום אחר נפגעים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עתירת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הפרטה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מדינת לאום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סחר בינלאומי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נקודות מבט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(רואה הזדמנות כלכלית)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(רואה איום על מקום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(רואה מחירים נמוכים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(מנתח סיבה ותוצאה ונקודות מבט שונות)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(מאבדת חלק מכוחה להחליט לבד)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יבוא זול מחו״ל מוזיל את המחירים והמפעל המקומי מתקשה להתחרות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למשל, שער המטבע או חוקי סביבה מושפעים משווקים עולמיים ולא רק מהממשלה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דיון ודילמה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עמדה ברורה (בעד/נגד/תלוי) ושני טיעונים מבוססים, למשל שמירה על מקומות עבודה מול התייקרות לצרכנים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תכלול טיעון אחד ברור עם הסבר, למשל גישה לשווקים גדולים או לעומת זאת תלות בחברות זרות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תעשייה המבוססת על ידע וטכנולוגיה, כמו היי-טק או תרופות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כלכלית - קשורה לכסף, מסחר ותעשייה; פוליטית - קשורה לכוח המדינה והחלטותיה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יש נקודות מבט שונות - מה שטוב לאחד עלול להזיק לאחר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מהחדשות על מפעל שנסגר או נפתח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בדילמת המכס כדאי לתת לתלמידים להתווכח בקבוצות לפני כתיבת העמדה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מהפריטים מסומנים כקשים יותר וניתן להשמיט אותם בהתאמה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השלכות הגלובליזציה על כלכלה ופוליטיקה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גלובליזציה זה תהליך שבו העולם מחובר יותר. בדף נלמד איך זה משפיע על כסף ועל שלטון של מדינות.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העולם הופך למחובר יותר בכלכלה ובתרבות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תעשייה עתירת 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תעשייה המבוססת על מחקר, טכנולוגיה והשכלה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שירותים מידי המדינה לגופים פרטיים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מדינת לאום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מדינה עצמאית עם שלטון וגבולות 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סחר בינלאומי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מסחר בסחורות ושירותים בין מדינות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תאגיד רב-לאומי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חברה גדולה הפועלת במספר מדינות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הגירת עובדים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אנשים ממדינה למדינה לצורך 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תעשייה משתמשת הרבה בידע ומחקר?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תעשייה עם הרבה עובדים פיזיים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תעשייה המבוססת על מחקר, טכנולוגיה והשכלה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תעשייה עתיקה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תעשייה של ספרים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כשהמדינה מוכרת שירות לגוף פרטי?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מעבר שירותים מהמדינה לגופים פרטיים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בניית מפעלים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סגירת גבולות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הגדלת מסים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לכוח של המדינה?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מתחזקות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מאבדות חלק מכוחן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נעלמות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שינוי בכוחן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תעשייה נפגעת מיבוא זול?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בעלי תאגידים רב-לאומיים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תעשיות מסורתיות כמו טקסטיל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חברות היי-טק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צרכנים עשירים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משפיע היום על החלטות של 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הממשלה המקומית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שווקים עולמיים ותאגידים בין-לאומיים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האזרחים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האוויר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תקציב של תאגיד גדול יכול להיות גדול מתקציב של מדינה 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הגיאוגרפים מסכימים שהגלובליזציה היא תהליך טוב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הגירת עובדים בין מדינות היא חלק מהשינויים החברתיים של הגלובליזציה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תעשיות עתירות ידע נאבקות לשרוד מול יבוא זול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סחר בינלאומי יוצר גם תלות בין מדינות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תעשייה המבוססת על מחקר וטכנולוגיה נקראת תעשייה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מעבר שירותים מהמדינה לגופים פרטיים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מדינה עצמאית עם גבולות ושלטון משלה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מסחר בסחורות ושירותים בין מדינות שונות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פועל שעובד במפעל טקסטיל יראה בגלובליזציה בעיקר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נקודות מבט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בעל עסק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מנתח סיבה ותוצאה ונקודות מבט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פועל במפעל טקסטיל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רואה מחירים נמוכים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צרכנית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רואה הזדמנות כלכלית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גיאוגרף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מאבדת חלק מכוחה להחליט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מדינת לאום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רואה איום על מקום העבודה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למה מפעל בטקסטיל עלול להיפגע מגלובליזציה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להשפעה פוליטית של הגלובליזציה על מדינה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דיון ודילמה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הממשלה שוקלת להטיל מכס על יבוא ביגוד כדי להגן על מפעל טקסטיל מקומי, אבל זה ייקר בגדים לכולם. מה דעתכם - בעד, נגד או תלוי? נמקו בשני טיעונים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את הטיעון החזק ביותר בעד הטענה שגלובליזציה טובה לכלכלה של מדינות קטנות, או נגדה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תעשייה עתירת ידע?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השלכה כלכלית להשלכה פוליטית של הגלובליזציה?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גיאוגרפים לא ממהרים לפסוק אם הגלובליזציה טובה או רעה?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השלכות הגלובליזציה על כלכלה ופוליטיקה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