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השלכות הגלובליזציה על כלכלה ופוליטיקה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ההשלכות הכלכליות והפוליטיות של תהליך הגלובליזציה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כמו תעשייה עתירת ידע, הפרטה ומדינת לאום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דילמה כלכלית-פוליטית מנקודות מבט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תעשייה המבוססת על מחקר, טכנולוגיה והשכלה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מעבר שירותים מהמדינה לגופים פרטיים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על חברות רב-לאומיות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גיאוגרפים מנתחים נקודות מבט שונות ולא פוסקים חד-משמעית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בטקסט בהקשר הפוליטי-חברתי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עתירת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הפרטה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נקודות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(רואה הזדמנות כלכלית)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(רואה איום על מקום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(רואה מחירים נמוכים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(מנתח סיבה ותוצאה ונקודות מבט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יבוא זול מחו״ל מוזיל את המחירים והמפעל המקומי מתקשה להתחרות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דיון ודילמה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עמדה ברורה (בעד/נגד/תלוי) ושני טיעונים מבוססים, למשל שמירה על מקומות עבודה מול התייקרות לצרכנים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תעשייה המבוססת על ידע וטכנולוגיה, כמו היי-טק או תרופות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כלכלית - קשורה לכסף, מסחר ותעשייה; פוליטית - קשורה לכוח המדינה והחלטותיה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נקודות מבט שונות - מה שטוב לאחד עלול להזיק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מהחדשות על מפעל שנסגר או נפתח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בדילמת המכס כדאי לתת לתלמידים להתווכח בקבוצות לפני כתיבת העמדה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מהפריטים מסומנים כקשים יותר וניתן להשמיט אותם בהתאמה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השלכות הגלובליזציה על כלכלה ופוליטיקה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הגלובליזציה משפיעה על הכלכלה והפוליטיקה בעולם כולו. בדף זה נתרגל את המושגים המרכזיים ונבחן כיצד תהליכים כלכליים משפיעים על כוחן של מדינות.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הפרטה  ·  עתירת ידע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תעשייה עתירת 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תעשייה עם הרבה עובדים פיזיים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תעשייה המבוססת על מחקר, טכנולוגיה והשכלה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תעשייה עתיקה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הפרטה?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מעבר שירותים מהמדינה לגופים פרטיים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בניית מפעלים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סגירת גבולות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תקציב של תאגיד גדול יכול להיות גדול מתקציב של מדינה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הגיאוגרפים מסכימים שהגלובליזציה היא תהליך טוב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הגירת עובדים בין מדינות היא חלק מהשינויים החברתיים של הגלובליזציה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תעשייה המבוססת על מחקר וטכנולוגיה נקראת תעשייה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מעבר שירותים מהמדינה לגופים פרטיים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נקודות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בעל עסק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רואה איום על מקום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פועל במפעל טקסטיל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רואה הזדמנות כלכלית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צרכנית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מנתח סיבה ותוצאה ונקודות מבט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גיאוגרף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רואה מחירים נמוכים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למה מפעל בטקסטיל עלול להיפגע מגלובליזציה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דיון ודילמה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הממשלה שוקלת להטיל מכס על יבוא ביגוד כדי להגן על מפעל טקסטיל מקומי, אבל זה ייקר בגדים לכולם. מה דעתכם - בעד, נגד או תלוי? נמקו בשני טיעונים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תעשייה עתירת ידע?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השלכה כלכלית להשלכה פוליטית של הגלובליזציה?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השלכות הגלובליזציה על כלכלה ופוליטיקה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